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4F02" w:rsidRPr="00EA6929" w:rsidRDefault="00314F02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1383323" cy="1364982"/>
            <wp:effectExtent l="0" t="0" r="1270" b="0"/>
            <wp:docPr id="191758959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589596" name="Image 19175895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8858" cy="140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F02" w:rsidRPr="00EA6929" w:rsidRDefault="00314F02" w:rsidP="00EA6929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PARTNERSHIP REGISTRATION &amp; COMMITMENT FORM</w:t>
      </w:r>
    </w:p>
    <w:p w:rsidR="008279B4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Building resilient, stigma-free communities through collaboration and structured</w:t>
      </w:r>
      <w:r w:rsidR="00314F02"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interventions.</w:t>
      </w:r>
    </w:p>
    <w:p w:rsidR="008279B4" w:rsidRPr="00EA6929" w:rsidRDefault="00000000" w:rsidP="00EA6929">
      <w:pPr>
        <w:pStyle w:val="Titre1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Section 1: Organization Information</w:t>
      </w:r>
    </w:p>
    <w:p w:rsidR="008279B4" w:rsidRPr="00EA6929" w:rsidRDefault="00000000" w:rsidP="00EA6929">
      <w:pPr>
        <w:pStyle w:val="Listepuces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Organization Name: ___________________________</w:t>
      </w:r>
      <w:r w:rsidR="00314F02"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</w:t>
      </w:r>
    </w:p>
    <w:p w:rsidR="008279B4" w:rsidRPr="00EA6929" w:rsidRDefault="00000000" w:rsidP="00EA6929">
      <w:pPr>
        <w:pStyle w:val="Listepuces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Type: </w:t>
      </w:r>
      <w:r w:rsidRPr="00EA692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School </w:t>
      </w:r>
      <w:r w:rsidRPr="00EA692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NGO </w:t>
      </w:r>
      <w:r w:rsidRPr="00EA692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Faith-Based </w:t>
      </w:r>
      <w:r w:rsidRPr="00EA692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Community Organization </w:t>
      </w:r>
      <w:r w:rsidRPr="00EA692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Other: _______</w:t>
      </w:r>
      <w:r w:rsidR="00314F02"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</w:t>
      </w:r>
    </w:p>
    <w:p w:rsidR="008279B4" w:rsidRPr="00EA6929" w:rsidRDefault="00000000" w:rsidP="00EA6929">
      <w:pPr>
        <w:pStyle w:val="Listepuces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Contact Person &amp; Position: ___________________________</w:t>
      </w:r>
      <w:r w:rsidR="00314F02"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</w:t>
      </w:r>
    </w:p>
    <w:p w:rsidR="00314F02" w:rsidRPr="00EA6929" w:rsidRDefault="00000000" w:rsidP="00EA6929">
      <w:pPr>
        <w:pStyle w:val="Listepuces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Contact Number: ___________________________</w:t>
      </w:r>
      <w:r w:rsidR="00314F02"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</w:t>
      </w:r>
    </w:p>
    <w:p w:rsidR="008279B4" w:rsidRPr="00EA6929" w:rsidRDefault="00000000" w:rsidP="00EA6929">
      <w:pPr>
        <w:pStyle w:val="Listepuces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Email Address: ___________________________</w:t>
      </w:r>
      <w:r w:rsidR="00314F02"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</w:t>
      </w:r>
    </w:p>
    <w:p w:rsidR="008279B4" w:rsidRPr="00EA6929" w:rsidRDefault="00000000" w:rsidP="00EA6929">
      <w:pPr>
        <w:pStyle w:val="Listepuces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Address: ___________________________</w:t>
      </w:r>
      <w:r w:rsidR="00314F02"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</w:t>
      </w:r>
      <w:r w:rsidR="00F3362E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</w:p>
    <w:p w:rsidR="00314F02" w:rsidRPr="00F3362E" w:rsidRDefault="00000000" w:rsidP="00F3362E">
      <w:pPr>
        <w:pStyle w:val="Titre1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Section 2: Partnership Focus &amp; Activities</w:t>
      </w:r>
    </w:p>
    <w:p w:rsidR="008279B4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Preferred Areas of Engagement: </w:t>
      </w:r>
      <w:r w:rsidRPr="00EA692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School-based Programs </w:t>
      </w:r>
      <w:r w:rsidRPr="00EA692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Community Outreach </w:t>
      </w:r>
      <w:r w:rsidRPr="00EA692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Life Skills Development </w:t>
      </w:r>
      <w:r w:rsidRPr="00EA692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Mentorship &amp; Coaching </w:t>
      </w:r>
      <w:r w:rsidRPr="00EA692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Psychosocial Support </w:t>
      </w:r>
      <w:r w:rsidRPr="00EA692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Other: _______</w:t>
      </w:r>
      <w:r w:rsidR="00F3362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</w:t>
      </w:r>
    </w:p>
    <w:p w:rsidR="008279B4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Expected Contribution / Support (e.g., facilities, volunteers, financial support, materials): ___________________________</w:t>
      </w:r>
      <w:r w:rsidR="00314F02"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</w:t>
      </w:r>
    </w:p>
    <w:p w:rsidR="00314F02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Target Beneficiaries (age group, number, community): __________________________</w:t>
      </w:r>
      <w:r w:rsidR="00F3362E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:rsidR="008279B4" w:rsidRPr="00EA6929" w:rsidRDefault="00000000" w:rsidP="00EA6929">
      <w:pPr>
        <w:pStyle w:val="Titre1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Section 3: Partnership Duration &amp; Terms</w:t>
      </w:r>
    </w:p>
    <w:p w:rsidR="008279B4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Proposed Start Date: ____ / ____ / ______</w:t>
      </w:r>
    </w:p>
    <w:p w:rsidR="008279B4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Proposed End Date: ____ / ____ / ______</w:t>
      </w:r>
    </w:p>
    <w:p w:rsidR="008279B4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Roles &amp; Responsibilities of Each Party: ___________________________</w:t>
      </w:r>
      <w:r w:rsidR="00F3362E">
        <w:rPr>
          <w:rFonts w:ascii="Times New Roman" w:hAnsi="Times New Roman" w:cs="Times New Roman"/>
          <w:color w:val="000000" w:themeColor="text1"/>
          <w:sz w:val="24"/>
          <w:szCs w:val="24"/>
        </w:rPr>
        <w:t>____________</w:t>
      </w:r>
    </w:p>
    <w:p w:rsidR="008279B4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Monitoring &amp; Reporting Commitment: ___________________________</w:t>
      </w:r>
      <w:r w:rsidR="00F3362E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</w:p>
    <w:p w:rsidR="008279B4" w:rsidRPr="00F3362E" w:rsidRDefault="00000000" w:rsidP="00EA6929">
      <w:pPr>
        <w:pStyle w:val="Titre1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362E">
        <w:rPr>
          <w:rFonts w:ascii="Times New Roman" w:hAnsi="Times New Roman" w:cs="Times New Roman"/>
          <w:color w:val="000000" w:themeColor="text1"/>
          <w:sz w:val="24"/>
          <w:szCs w:val="24"/>
        </w:rPr>
        <w:t>Section 4: Legal &amp; Ethical Considerations</w:t>
      </w:r>
    </w:p>
    <w:p w:rsidR="008279B4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Data Protection &amp; Confidentiality: All shared information will be treated in line with ethical and legal standards.</w:t>
      </w:r>
    </w:p>
    <w:p w:rsidR="008279B4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Liability Statement: Vox Humanitas Africa and </w:t>
      </w:r>
      <w:r w:rsidR="00F33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partner organization acknowledge that participants are engaged under mutual agreement and shared responsibilities.</w:t>
      </w:r>
    </w:p>
    <w:p w:rsidR="00F3362E" w:rsidRDefault="00000000" w:rsidP="00F3362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Safeguarding Statement: Both parties commit to upholding </w:t>
      </w:r>
      <w:r w:rsidR="00F33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standards for </w:t>
      </w: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child protection, youth safety, and community engagement.</w:t>
      </w:r>
    </w:p>
    <w:p w:rsidR="008279B4" w:rsidRPr="00F3362E" w:rsidRDefault="00000000" w:rsidP="00F3362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336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Section 5: Acknowledgment &amp; Commitment</w:t>
      </w:r>
    </w:p>
    <w:p w:rsidR="008279B4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We confirm that all information provided is accurate.</w:t>
      </w:r>
    </w:p>
    <w:p w:rsidR="008279B4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We commit to active collaboration, upholding ethical standards, and supporting the objectives of Vox Humanitas Africa in empowering youth, families, and communities.</w:t>
      </w:r>
    </w:p>
    <w:p w:rsidR="00F3362E" w:rsidRPr="00F3362E" w:rsidRDefault="00000000" w:rsidP="00F3362E">
      <w:pPr>
        <w:pStyle w:val="Titre1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362E">
        <w:rPr>
          <w:rFonts w:ascii="Times New Roman" w:hAnsi="Times New Roman" w:cs="Times New Roman"/>
          <w:color w:val="000000" w:themeColor="text1"/>
          <w:sz w:val="24"/>
          <w:szCs w:val="24"/>
        </w:rPr>
        <w:t>Section 6: Signatures</w:t>
      </w:r>
    </w:p>
    <w:p w:rsidR="00F3362E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Partner Organization </w:t>
      </w:r>
    </w:p>
    <w:p w:rsidR="008279B4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Representative Name &amp; Signature: __________________________</w:t>
      </w:r>
    </w:p>
    <w:p w:rsidR="008279B4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Date: ____ / ____ / ______</w:t>
      </w:r>
    </w:p>
    <w:p w:rsidR="00F3362E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Vox Humanitas Africa </w:t>
      </w:r>
    </w:p>
    <w:p w:rsidR="008279B4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Representative Name &amp; Signature: ________________________</w:t>
      </w:r>
    </w:p>
    <w:p w:rsidR="008279B4" w:rsidRPr="00EA6929" w:rsidRDefault="00000000" w:rsidP="00EA69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929">
        <w:rPr>
          <w:rFonts w:ascii="Times New Roman" w:hAnsi="Times New Roman" w:cs="Times New Roman"/>
          <w:color w:val="000000" w:themeColor="text1"/>
          <w:sz w:val="24"/>
          <w:szCs w:val="24"/>
        </w:rPr>
        <w:t>Date: ____ / ____ / ______</w:t>
      </w:r>
    </w:p>
    <w:sectPr w:rsidR="008279B4" w:rsidRPr="00EA6929" w:rsidSect="00034616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17D41" w:rsidRDefault="00017D41" w:rsidP="00F3362E">
      <w:pPr>
        <w:spacing w:after="0" w:line="240" w:lineRule="auto"/>
      </w:pPr>
      <w:r>
        <w:separator/>
      </w:r>
    </w:p>
  </w:endnote>
  <w:endnote w:type="continuationSeparator" w:id="0">
    <w:p w:rsidR="00017D41" w:rsidRDefault="00017D41" w:rsidP="00F33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545786884"/>
      <w:docPartObj>
        <w:docPartGallery w:val="Page Numbers (Bottom of Page)"/>
        <w:docPartUnique/>
      </w:docPartObj>
    </w:sdtPr>
    <w:sdtContent>
      <w:p w:rsidR="00F3362E" w:rsidRDefault="00F3362E" w:rsidP="00E36E4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F3362E" w:rsidRDefault="00F3362E" w:rsidP="00F3362E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226288737"/>
      <w:docPartObj>
        <w:docPartGallery w:val="Page Numbers (Bottom of Page)"/>
        <w:docPartUnique/>
      </w:docPartObj>
    </w:sdtPr>
    <w:sdtContent>
      <w:p w:rsidR="00F3362E" w:rsidRDefault="00F3362E" w:rsidP="00E36E4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:rsidR="00F3362E" w:rsidRDefault="00F3362E" w:rsidP="00F3362E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17D41" w:rsidRDefault="00017D41" w:rsidP="00F3362E">
      <w:pPr>
        <w:spacing w:after="0" w:line="240" w:lineRule="auto"/>
      </w:pPr>
      <w:r>
        <w:separator/>
      </w:r>
    </w:p>
  </w:footnote>
  <w:footnote w:type="continuationSeparator" w:id="0">
    <w:p w:rsidR="00017D41" w:rsidRDefault="00017D41" w:rsidP="00F336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4667643">
    <w:abstractNumId w:val="8"/>
  </w:num>
  <w:num w:numId="2" w16cid:durableId="1200515008">
    <w:abstractNumId w:val="6"/>
  </w:num>
  <w:num w:numId="3" w16cid:durableId="985205550">
    <w:abstractNumId w:val="5"/>
  </w:num>
  <w:num w:numId="4" w16cid:durableId="1734232036">
    <w:abstractNumId w:val="4"/>
  </w:num>
  <w:num w:numId="5" w16cid:durableId="2035110476">
    <w:abstractNumId w:val="7"/>
  </w:num>
  <w:num w:numId="6" w16cid:durableId="1726827562">
    <w:abstractNumId w:val="3"/>
  </w:num>
  <w:num w:numId="7" w16cid:durableId="480080085">
    <w:abstractNumId w:val="2"/>
  </w:num>
  <w:num w:numId="8" w16cid:durableId="416556601">
    <w:abstractNumId w:val="1"/>
  </w:num>
  <w:num w:numId="9" w16cid:durableId="106656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D41"/>
    <w:rsid w:val="00034616"/>
    <w:rsid w:val="0006063C"/>
    <w:rsid w:val="0015074B"/>
    <w:rsid w:val="0029639D"/>
    <w:rsid w:val="00314F02"/>
    <w:rsid w:val="00326F90"/>
    <w:rsid w:val="008279B4"/>
    <w:rsid w:val="00AA1D8D"/>
    <w:rsid w:val="00B47730"/>
    <w:rsid w:val="00CB0664"/>
    <w:rsid w:val="00EA6929"/>
    <w:rsid w:val="00F336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C6D1889"/>
  <w14:defaultImageDpi w14:val="300"/>
  <w15:docId w15:val="{BD83D209-7BE4-BC41-A632-EEA8FBCBA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umrodepage">
    <w:name w:val="page number"/>
    <w:basedOn w:val="Policepardfaut"/>
    <w:uiPriority w:val="99"/>
    <w:semiHidden/>
    <w:unhideWhenUsed/>
    <w:rsid w:val="00F33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374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Aga Godwin</cp:lastModifiedBy>
  <cp:revision>3</cp:revision>
  <dcterms:created xsi:type="dcterms:W3CDTF">2013-12-23T23:15:00Z</dcterms:created>
  <dcterms:modified xsi:type="dcterms:W3CDTF">2026-03-26T16:07:00Z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642d6c827b0671af6135ba944f82b1c292d0d3d8f26d073c3f66434aa7c358c6</vt:lpwstr>
  </property>
</Properties>
</file>