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6593" w:rsidRPr="00C36593" w:rsidRDefault="00C36593" w:rsidP="00C36593">
      <w:pPr>
        <w:pStyle w:val="Titre1"/>
        <w:spacing w:line="480" w:lineRule="auto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 w:val="0"/>
          <w:bCs w:val="0"/>
          <w:noProof/>
          <w:color w:val="000000" w:themeColor="text1"/>
          <w:sz w:val="24"/>
          <w:szCs w:val="24"/>
        </w:rPr>
        <w:drawing>
          <wp:inline distT="0" distB="0" distL="0" distR="0" wp14:anchorId="17246FE8" wp14:editId="6BE5E19C">
            <wp:extent cx="1436077" cy="1078230"/>
            <wp:effectExtent l="0" t="0" r="0" b="1270"/>
            <wp:docPr id="16974496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449687" name="Image 16974496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0628" cy="110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593" w:rsidRDefault="00C36593" w:rsidP="00C36593">
      <w:pPr>
        <w:pStyle w:val="Titre1"/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Vox Humanitas Africa Code of Conduct &amp; Safeguarding Agreement</w:t>
      </w:r>
    </w:p>
    <w:p w:rsidR="00CD5611" w:rsidRPr="00C36593" w:rsidRDefault="00000000" w:rsidP="00C36593">
      <w:pPr>
        <w:pStyle w:val="Titre1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1. Purpose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This Code establishes ethical and safeguarding standards to protect youth and vulnerable individuals and ensure accountability.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Scope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Applies to staff, volunteers, interns, partners, and anyone representing the organization.</w:t>
      </w:r>
    </w:p>
    <w:p w:rsidR="00C36593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Core Safeguarding Principles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Do No Harm; Best Interest of the Individual; Zero Tolerance for Abuse; Accountability; Inclusion &amp; Non-Discrimination.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4. Expected Standards of Conduct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Maintain professional boundaries; treat all with dignity; obtain consent; ensure safe environments; avoid being alone with minors.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Protection from Sexual Exploitation and Abuse (PSEA)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No sexual activity with minors; no exchange of favors; report all concerns immediately.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6. Safeguarding Responsibilities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Complete training; recognize and report abuse; maintain safe environments; follow policies.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 Digital &amp; Online Safeguarding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Maintain professional communication; avoid private contact with minors; protect digital privacy.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8. Confidentiality &amp; Data Protection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Keep information secure; share only when necessary; follow ethical standards.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 Reporting Mechanisms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Report to Safeguarding Officer; confidential and anonymous reporting allowed; whistleblower protection ensured.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10. Disciplinary Measures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Violations may lead to </w:t>
      </w:r>
      <w:r w:rsidR="00C36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warning, suspension, termination, or legal action.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11. Health &amp; Safety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Follow safety guidelines; report incidents; ensure safe environments.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12. Training &amp; Compliance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Mandatory training</w:t>
      </w:r>
      <w:r w:rsidR="00C3659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periodic refreshers</w:t>
      </w:r>
      <w:r w:rsidR="00C36593">
        <w:rPr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policy reviews.</w:t>
      </w:r>
    </w:p>
    <w:p w:rsidR="00C36593" w:rsidRDefault="00C36593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13. Partner Compliance</w:t>
      </w:r>
    </w:p>
    <w:p w:rsid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Partners must adhere to safeguarding standards and ensure compliance.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14. Acknowledgment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I confirm I have read and agree to comply with this Code.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Full Name: ___________________________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Role/Position: ________________________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Organization: _________________________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Signature: ___________________________</w:t>
      </w:r>
    </w:p>
    <w:p w:rsidR="00CD5611" w:rsidRPr="00C36593" w:rsidRDefault="00000000" w:rsidP="00C365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6593">
        <w:rPr>
          <w:rFonts w:ascii="Times New Roman" w:hAnsi="Times New Roman" w:cs="Times New Roman"/>
          <w:color w:val="000000" w:themeColor="text1"/>
          <w:sz w:val="24"/>
          <w:szCs w:val="24"/>
        </w:rPr>
        <w:t>Date: _______________________________</w:t>
      </w:r>
    </w:p>
    <w:sectPr w:rsidR="00CD5611" w:rsidRPr="00C36593" w:rsidSect="00034616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7040" w:rsidRDefault="00747040" w:rsidP="00C36593">
      <w:pPr>
        <w:spacing w:after="0" w:line="240" w:lineRule="auto"/>
      </w:pPr>
      <w:r>
        <w:separator/>
      </w:r>
    </w:p>
  </w:endnote>
  <w:endnote w:type="continuationSeparator" w:id="0">
    <w:p w:rsidR="00747040" w:rsidRDefault="00747040" w:rsidP="00C36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042748776"/>
      <w:docPartObj>
        <w:docPartGallery w:val="Page Numbers (Bottom of Page)"/>
        <w:docPartUnique/>
      </w:docPartObj>
    </w:sdtPr>
    <w:sdtContent>
      <w:p w:rsidR="00C36593" w:rsidRDefault="00C36593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C36593" w:rsidRDefault="00C36593" w:rsidP="00C3659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712621740"/>
      <w:docPartObj>
        <w:docPartGallery w:val="Page Numbers (Bottom of Page)"/>
        <w:docPartUnique/>
      </w:docPartObj>
    </w:sdtPr>
    <w:sdtContent>
      <w:p w:rsidR="00C36593" w:rsidRDefault="00C36593" w:rsidP="00E36E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C36593" w:rsidRDefault="00C36593" w:rsidP="00C3659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7040" w:rsidRDefault="00747040" w:rsidP="00C36593">
      <w:pPr>
        <w:spacing w:after="0" w:line="240" w:lineRule="auto"/>
      </w:pPr>
      <w:r>
        <w:separator/>
      </w:r>
    </w:p>
  </w:footnote>
  <w:footnote w:type="continuationSeparator" w:id="0">
    <w:p w:rsidR="00747040" w:rsidRDefault="00747040" w:rsidP="00C36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493826">
    <w:abstractNumId w:val="8"/>
  </w:num>
  <w:num w:numId="2" w16cid:durableId="1151601188">
    <w:abstractNumId w:val="6"/>
  </w:num>
  <w:num w:numId="3" w16cid:durableId="298729374">
    <w:abstractNumId w:val="5"/>
  </w:num>
  <w:num w:numId="4" w16cid:durableId="222570617">
    <w:abstractNumId w:val="4"/>
  </w:num>
  <w:num w:numId="5" w16cid:durableId="1220676186">
    <w:abstractNumId w:val="7"/>
  </w:num>
  <w:num w:numId="6" w16cid:durableId="1735618710">
    <w:abstractNumId w:val="3"/>
  </w:num>
  <w:num w:numId="7" w16cid:durableId="420563800">
    <w:abstractNumId w:val="2"/>
  </w:num>
  <w:num w:numId="8" w16cid:durableId="169301896">
    <w:abstractNumId w:val="1"/>
  </w:num>
  <w:num w:numId="9" w16cid:durableId="68540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7040"/>
    <w:rsid w:val="00AA1D8D"/>
    <w:rsid w:val="00B47730"/>
    <w:rsid w:val="00C36593"/>
    <w:rsid w:val="00CB0664"/>
    <w:rsid w:val="00CD56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AFA9615"/>
  <w14:defaultImageDpi w14:val="300"/>
  <w15:docId w15:val="{BD83D209-7BE4-BC41-A632-EEA8FBCB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rodepage">
    <w:name w:val="page number"/>
    <w:basedOn w:val="Policepardfaut"/>
    <w:uiPriority w:val="99"/>
    <w:semiHidden/>
    <w:unhideWhenUsed/>
    <w:rsid w:val="00C36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 Godwin</cp:lastModifiedBy>
  <cp:revision>2</cp:revision>
  <dcterms:created xsi:type="dcterms:W3CDTF">2013-12-23T23:15:00Z</dcterms:created>
  <dcterms:modified xsi:type="dcterms:W3CDTF">2026-03-26T16:22:00Z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959d26b3d2a0d575dd1ab9cdd6cd25987f5688df99ef84eb5f0b343f83c0cb3a</vt:lpwstr>
  </property>
</Properties>
</file>