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736E5" w:rsidRDefault="00D736E5" w:rsidP="00D736E5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954448" cy="609600"/>
            <wp:effectExtent l="0" t="0" r="0" b="0"/>
            <wp:docPr id="187481409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814094" name="Image 187481409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20963" cy="715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36E5" w:rsidRPr="00D736E5" w:rsidRDefault="00D736E5" w:rsidP="00D736E5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D736E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VOLUNTEER REGISTRATION &amp; COMMITMENT FORM</w:t>
      </w:r>
    </w:p>
    <w:p w:rsidR="00133780" w:rsidRDefault="00000000" w:rsidP="0013378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>Empowering youth, families, and communities through service, mentorship, and advocacy.</w:t>
      </w:r>
    </w:p>
    <w:p w:rsidR="00012183" w:rsidRPr="00133780" w:rsidRDefault="00000000" w:rsidP="00133780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337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Section 1: Personal Information</w:t>
      </w:r>
    </w:p>
    <w:p w:rsidR="00012183" w:rsidRPr="00D736E5" w:rsidRDefault="00000000" w:rsidP="00D736E5">
      <w:pPr>
        <w:pStyle w:val="Listepuces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>Full Name: ___________________________</w:t>
      </w:r>
      <w:r w:rsidR="00D736E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</w:t>
      </w:r>
    </w:p>
    <w:p w:rsidR="00012183" w:rsidRPr="00D736E5" w:rsidRDefault="00000000" w:rsidP="00D736E5">
      <w:pPr>
        <w:pStyle w:val="Listepuces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>Date of Birth: ____ / ____ / ______</w:t>
      </w:r>
    </w:p>
    <w:p w:rsidR="00012183" w:rsidRPr="00D736E5" w:rsidRDefault="00000000" w:rsidP="00D736E5">
      <w:pPr>
        <w:pStyle w:val="Listepuces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>Age: ______</w:t>
      </w:r>
    </w:p>
    <w:p w:rsidR="00012183" w:rsidRPr="00D736E5" w:rsidRDefault="00000000" w:rsidP="00D736E5">
      <w:pPr>
        <w:pStyle w:val="Listepuces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>Gender: ______</w:t>
      </w:r>
    </w:p>
    <w:p w:rsidR="00012183" w:rsidRPr="00D736E5" w:rsidRDefault="00000000" w:rsidP="00D736E5">
      <w:pPr>
        <w:pStyle w:val="Listepuces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>Contact Number: ______________________</w:t>
      </w:r>
      <w:r w:rsidR="00D736E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</w:t>
      </w:r>
    </w:p>
    <w:p w:rsidR="00012183" w:rsidRPr="00D736E5" w:rsidRDefault="00000000" w:rsidP="00D736E5">
      <w:pPr>
        <w:pStyle w:val="Listepuces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>Email Address: ______________________</w:t>
      </w:r>
      <w:r w:rsidR="00D736E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:rsidR="00012183" w:rsidRPr="00D736E5" w:rsidRDefault="00000000" w:rsidP="00D736E5">
      <w:pPr>
        <w:pStyle w:val="Listepuces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>Residential Address: ___________________________</w:t>
      </w:r>
      <w:r w:rsidR="00D736E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</w:t>
      </w:r>
    </w:p>
    <w:p w:rsidR="00012183" w:rsidRPr="00D736E5" w:rsidRDefault="00000000" w:rsidP="00D736E5">
      <w:pPr>
        <w:pStyle w:val="Listepuces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>Emergency Contact Name &amp; Relationship: ___________________________</w:t>
      </w:r>
      <w:r w:rsidR="00D736E5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</w:p>
    <w:p w:rsidR="00133780" w:rsidRDefault="00000000" w:rsidP="00D736E5">
      <w:pPr>
        <w:pStyle w:val="Listepuces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>Emergency Contact Number: ___________________________</w:t>
      </w:r>
      <w:r w:rsidR="00D736E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</w:t>
      </w:r>
    </w:p>
    <w:p w:rsidR="00133780" w:rsidRDefault="00133780" w:rsidP="00133780">
      <w:pPr>
        <w:pStyle w:val="Listepuces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12183" w:rsidRPr="00133780" w:rsidRDefault="00000000" w:rsidP="00133780">
      <w:pPr>
        <w:pStyle w:val="Listepuces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337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Section 2: Volunteer Focus &amp; Skills</w:t>
      </w:r>
    </w:p>
    <w:p w:rsidR="00012183" w:rsidRPr="00D736E5" w:rsidRDefault="00000000" w:rsidP="00D736E5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Areas of Interest: </w:t>
      </w:r>
      <w:r w:rsidRPr="00D736E5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School Programs </w:t>
      </w:r>
      <w:r w:rsidRPr="00D736E5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Community Outreach </w:t>
      </w:r>
      <w:r w:rsidRPr="00D736E5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Mentorship </w:t>
      </w:r>
      <w:r w:rsidRPr="00D736E5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Life Skills Coaching </w:t>
      </w:r>
      <w:r w:rsidRPr="00D736E5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Digital &amp; Behavioral Education </w:t>
      </w:r>
      <w:r w:rsidRPr="00D736E5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Other: _______</w:t>
      </w:r>
      <w:r w:rsidR="00D736E5">
        <w:rPr>
          <w:rFonts w:ascii="Times New Roman" w:hAnsi="Times New Roman" w:cs="Times New Roman"/>
          <w:color w:val="000000" w:themeColor="text1"/>
          <w:sz w:val="24"/>
          <w:szCs w:val="24"/>
        </w:rPr>
        <w:t>_______________</w:t>
      </w:r>
    </w:p>
    <w:p w:rsidR="00012183" w:rsidRPr="00D736E5" w:rsidRDefault="00000000" w:rsidP="00D736E5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>Relevant Skills &amp; Experience (soft &amp; hard skills): ___________________________</w:t>
      </w:r>
      <w:r w:rsidR="00D736E5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</w:p>
    <w:p w:rsidR="00133780" w:rsidRDefault="00000000" w:rsidP="0013378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>Languages Spoken: ___________________________</w:t>
      </w:r>
      <w:r w:rsidR="00D736E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</w:t>
      </w:r>
    </w:p>
    <w:p w:rsidR="00012183" w:rsidRPr="00133780" w:rsidRDefault="00000000" w:rsidP="00133780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337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Section 3: Availability</w:t>
      </w:r>
    </w:p>
    <w:p w:rsidR="00012183" w:rsidRPr="00D736E5" w:rsidRDefault="00000000" w:rsidP="00D736E5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>Preferred Days / Times: ___________________________</w:t>
      </w:r>
    </w:p>
    <w:p w:rsidR="00012183" w:rsidRPr="00D736E5" w:rsidRDefault="00000000" w:rsidP="00D736E5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>Duration / Commitment (e.g., 3 months, 6 months, ongoing): ___________________________</w:t>
      </w:r>
      <w:r w:rsidR="00D736E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</w:t>
      </w:r>
    </w:p>
    <w:p w:rsidR="00012183" w:rsidRPr="00D736E5" w:rsidRDefault="00000000" w:rsidP="00D736E5">
      <w:pPr>
        <w:pStyle w:val="Titre1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Section 4: Health &amp; Accessibility</w:t>
      </w:r>
    </w:p>
    <w:p w:rsidR="00012183" w:rsidRPr="00D736E5" w:rsidRDefault="00000000" w:rsidP="00D736E5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>Any health conditions or accessibility needs we should be aware of: ___________________________</w:t>
      </w:r>
      <w:r w:rsidR="00D736E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</w:t>
      </w:r>
    </w:p>
    <w:p w:rsidR="00012183" w:rsidRPr="00133780" w:rsidRDefault="00000000" w:rsidP="00D736E5">
      <w:pPr>
        <w:pStyle w:val="Titre1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3780">
        <w:rPr>
          <w:rFonts w:ascii="Times New Roman" w:hAnsi="Times New Roman" w:cs="Times New Roman"/>
          <w:color w:val="000000" w:themeColor="text1"/>
          <w:sz w:val="24"/>
          <w:szCs w:val="24"/>
        </w:rPr>
        <w:t>Section 5: Safeguarding &amp; Consent</w:t>
      </w:r>
    </w:p>
    <w:p w:rsidR="00012183" w:rsidRPr="00D736E5" w:rsidRDefault="00000000" w:rsidP="00D736E5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>I confirm I have read and understand Vox Humanitas Africa’s child protection and safeguarding policy.</w:t>
      </w:r>
    </w:p>
    <w:p w:rsidR="00012183" w:rsidRPr="00D736E5" w:rsidRDefault="00000000" w:rsidP="00D736E5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consent to participate in volunteer activities </w:t>
      </w:r>
      <w:r w:rsidR="00133780">
        <w:rPr>
          <w:rFonts w:ascii="Times New Roman" w:hAnsi="Times New Roman" w:cs="Times New Roman"/>
          <w:color w:val="000000" w:themeColor="text1"/>
          <w:sz w:val="24"/>
          <w:szCs w:val="24"/>
        </w:rPr>
        <w:t>and understand</w:t>
      </w: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responsibilities and potential risks involved.</w:t>
      </w:r>
    </w:p>
    <w:p w:rsidR="00012183" w:rsidRPr="00D736E5" w:rsidRDefault="00000000" w:rsidP="00D736E5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consent </w:t>
      </w:r>
      <w:r w:rsidRPr="00D736E5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do not consent </w:t>
      </w:r>
      <w:r w:rsidRPr="00D736E5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the use of photos/videos of me for educational, promotional, and advocacy purposes.</w:t>
      </w:r>
    </w:p>
    <w:p w:rsidR="00012183" w:rsidRPr="00D736E5" w:rsidRDefault="00000000" w:rsidP="00D736E5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>I confirm that, to the best of my knowledge, I have no criminal record that would pose a risk to vulnerable youth.</w:t>
      </w:r>
    </w:p>
    <w:p w:rsidR="00012183" w:rsidRPr="00D736E5" w:rsidRDefault="00000000" w:rsidP="00D736E5">
      <w:pPr>
        <w:pStyle w:val="Titre1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>Section 6: Training &amp; Commitment</w:t>
      </w:r>
    </w:p>
    <w:p w:rsidR="00012183" w:rsidRPr="00D736E5" w:rsidRDefault="00000000" w:rsidP="00D736E5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>I acknowledge that participation requires completing a volunteer orientation and any additional program-specific training.</w:t>
      </w:r>
    </w:p>
    <w:p w:rsidR="00012183" w:rsidRPr="00D736E5" w:rsidRDefault="00000000" w:rsidP="00D736E5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>I commit to uphold Vox Humanitas Africa’s values, ethics, and professional standards, including confidentiality, respect, and safe engagement.</w:t>
      </w:r>
    </w:p>
    <w:p w:rsidR="00D736E5" w:rsidRPr="00D736E5" w:rsidRDefault="00000000" w:rsidP="00D736E5">
      <w:pPr>
        <w:pStyle w:val="Titre1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>Section 7: Signature &amp; Date</w:t>
      </w:r>
    </w:p>
    <w:p w:rsidR="00012183" w:rsidRPr="00D736E5" w:rsidRDefault="00000000" w:rsidP="00D736E5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>Volunteer Signature: ___________________________</w:t>
      </w:r>
    </w:p>
    <w:p w:rsidR="00D736E5" w:rsidRPr="00D736E5" w:rsidRDefault="00000000" w:rsidP="00D736E5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>Date: ____ / ____ / ______</w:t>
      </w:r>
    </w:p>
    <w:p w:rsidR="00D736E5" w:rsidRDefault="00000000" w:rsidP="00D736E5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Vox Humanitas Africa </w:t>
      </w:r>
    </w:p>
    <w:p w:rsidR="00012183" w:rsidRPr="00D736E5" w:rsidRDefault="00000000" w:rsidP="00D736E5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>Coordinator Signature: ___________________________</w:t>
      </w:r>
    </w:p>
    <w:p w:rsidR="00012183" w:rsidRPr="00D736E5" w:rsidRDefault="00000000" w:rsidP="00D736E5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6E5">
        <w:rPr>
          <w:rFonts w:ascii="Times New Roman" w:hAnsi="Times New Roman" w:cs="Times New Roman"/>
          <w:color w:val="000000" w:themeColor="text1"/>
          <w:sz w:val="24"/>
          <w:szCs w:val="24"/>
        </w:rPr>
        <w:t>Date: ____ / ____ / ______</w:t>
      </w:r>
    </w:p>
    <w:sectPr w:rsidR="00012183" w:rsidRPr="00D736E5" w:rsidSect="00034616">
      <w:footerReference w:type="even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70494" w:rsidRDefault="00970494" w:rsidP="00D736E5">
      <w:pPr>
        <w:spacing w:after="0" w:line="240" w:lineRule="auto"/>
      </w:pPr>
      <w:r>
        <w:separator/>
      </w:r>
    </w:p>
  </w:endnote>
  <w:endnote w:type="continuationSeparator" w:id="0">
    <w:p w:rsidR="00970494" w:rsidRDefault="00970494" w:rsidP="00D73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784693961"/>
      <w:docPartObj>
        <w:docPartGallery w:val="Page Numbers (Bottom of Page)"/>
        <w:docPartUnique/>
      </w:docPartObj>
    </w:sdtPr>
    <w:sdtContent>
      <w:p w:rsidR="00D736E5" w:rsidRDefault="00D736E5" w:rsidP="00E36E4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:rsidR="00D736E5" w:rsidRDefault="00D736E5" w:rsidP="00D736E5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1057926995"/>
      <w:docPartObj>
        <w:docPartGallery w:val="Page Numbers (Bottom of Page)"/>
        <w:docPartUnique/>
      </w:docPartObj>
    </w:sdtPr>
    <w:sdtContent>
      <w:p w:rsidR="00D736E5" w:rsidRDefault="00D736E5" w:rsidP="00E36E4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:rsidR="00D736E5" w:rsidRDefault="00D736E5" w:rsidP="00D736E5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70494" w:rsidRDefault="00970494" w:rsidP="00D736E5">
      <w:pPr>
        <w:spacing w:after="0" w:line="240" w:lineRule="auto"/>
      </w:pPr>
      <w:r>
        <w:separator/>
      </w:r>
    </w:p>
  </w:footnote>
  <w:footnote w:type="continuationSeparator" w:id="0">
    <w:p w:rsidR="00970494" w:rsidRDefault="00970494" w:rsidP="00D736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5027394">
    <w:abstractNumId w:val="8"/>
  </w:num>
  <w:num w:numId="2" w16cid:durableId="2112356536">
    <w:abstractNumId w:val="6"/>
  </w:num>
  <w:num w:numId="3" w16cid:durableId="1799180913">
    <w:abstractNumId w:val="5"/>
  </w:num>
  <w:num w:numId="4" w16cid:durableId="1790585685">
    <w:abstractNumId w:val="4"/>
  </w:num>
  <w:num w:numId="5" w16cid:durableId="1016804374">
    <w:abstractNumId w:val="7"/>
  </w:num>
  <w:num w:numId="6" w16cid:durableId="1668556490">
    <w:abstractNumId w:val="3"/>
  </w:num>
  <w:num w:numId="7" w16cid:durableId="32922407">
    <w:abstractNumId w:val="2"/>
  </w:num>
  <w:num w:numId="8" w16cid:durableId="2041516195">
    <w:abstractNumId w:val="1"/>
  </w:num>
  <w:num w:numId="9" w16cid:durableId="2100759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2183"/>
    <w:rsid w:val="00034616"/>
    <w:rsid w:val="0006063C"/>
    <w:rsid w:val="00133780"/>
    <w:rsid w:val="0015074B"/>
    <w:rsid w:val="0029639D"/>
    <w:rsid w:val="00326F90"/>
    <w:rsid w:val="00970494"/>
    <w:rsid w:val="00AA1D8D"/>
    <w:rsid w:val="00B47730"/>
    <w:rsid w:val="00CB0664"/>
    <w:rsid w:val="00D736E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B9CEEBD"/>
  <w14:defaultImageDpi w14:val="300"/>
  <w15:docId w15:val="{BD83D209-7BE4-BC41-A632-EEA8FBCBA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Numrodepage">
    <w:name w:val="page number"/>
    <w:basedOn w:val="Policepardfaut"/>
    <w:uiPriority w:val="99"/>
    <w:semiHidden/>
    <w:unhideWhenUsed/>
    <w:rsid w:val="00D736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366</Words>
  <Characters>2014</Characters>
  <Application>Microsoft Office Word</Application>
  <DocSecurity>0</DocSecurity>
  <Lines>16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Aga Godwin</cp:lastModifiedBy>
  <cp:revision>2</cp:revision>
  <dcterms:created xsi:type="dcterms:W3CDTF">2013-12-23T23:15:00Z</dcterms:created>
  <dcterms:modified xsi:type="dcterms:W3CDTF">2026-03-26T15:46:00Z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51323c56b9f0d12301a3b1f382dd261cb9a734434572a557da25fc3b4c990ffc</vt:lpwstr>
  </property>
</Properties>
</file>